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פעילויות גיאוגרפיות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גלובליזציה ולדעת להסביר אותו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מפה: כיווני רוח, יבשות, אוקיינוסים, קווי רוחב ואורך וקנה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מוצרים, אנשים ומידע נעים בעולם המחובר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וחסרונות של הגלובליזציה למשאבים ולסביבה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זו גלובליזציה והעולם כפר גלובלי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תחבורה ותקשורת מהירות מקרבות בין מדינות רחוקות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בזכות טכנולוגיה ותחבורה, מדינות רחוקות מרגישות קרובות כמו שכנים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גלובליזציה כוללת גם תקשורת, תרבות ותיירות, לא רק מסחר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פעם היה קשה יותר לקבל מידע ממדינות רחוקות, והיום זה מהיר וזמין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זו גלובליזציה והעולם כפר גלובלי – התאמת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(מסחר גלובלי)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(תקשורת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(תיירות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(תרבות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(שיתוף פעולה גלובלי)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זו גלובליזציה והעולם כפר גלובלי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עולם שבו קל לתקשר, לנסוע ולסחור בין מדינות רחוקות, כאילו הן קרובות כמו שכנים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סבירה המראה קשר בין מדינות, למשל מוצר מיובא או שיחה עם חבר בחו"ל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פעם היה קשה לתקשר ולנסוע בין מדינות, והיום זה מהיר וקל; פעם היה קשה לקנות מוצרים ממדינות רחוקות, והיום זה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יתרון: אפשר לקנות ולדעת על דברים מכל העולם. חסרון: לפעמים פוגעים בתרבות מקומית או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מפות, כיווני רוח ויבשות ואוקיינוסים – היכרות עם כיווני רוח ויבשות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מפות, כיווני רוח ויבשות ואוקיינוסים – זיהוי יבשות, אוקיינוסים ומסלולי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אוקיינוס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מפות, כיווני רוח ויבשות ואוקיינוסים – ניתוח מסלול והבנת המסע הגלובלי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כותנה בשדה; טוויית הבד במפעל; תפירת החולצה; הובלה באונייה דרך האוקיינוס; הגעה לחנות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הסבירו בקצרה כיצד כיווני הרוח עוזרים להבין את מסלול המסע של מוצר מסביב לעולם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תארו מסע דמיוני של מוצר מיבשת אחת ליבשת אחרת, וציינו באילו אוקיינוסים הוא עשוי לעבור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קווי רוחב ואורך ואקלים – הכרות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אופקיים ומקיפים את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אנכיים ומחברים בין הקטבים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קווי רוחב ואורך ואקלים – הכרות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 המשווה מחלק את כדור הארץ לחצי צפוני וחצי דרומי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ככל שמתרחקים מקו המשווה האקלים נעשה קר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קווי רוחב ואורך ואקלים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(קרוב לקו המשווה, חם ולח כל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(בין הטרופי לקוטבי, ארבע עונות)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(קרוב לקטבים, קר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 אופקי שמודד מרחק מקו המשווה)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(קו אנכי שמודד מרחק ממזרח למערב)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קווי רוחב ואורך ואקלים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קנה מידה ונתיבי סחר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היחס בין מרחק במפה למרחק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 ק"מ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דרך שבה עוברות סחורות בין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קנה מידה ונתיבי סחר – תרגול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קנה מידה ונתיבי סחר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(מיוצרת לרוב באסיה)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(מיוצר לרוב באסיה)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(גדלה בדרום אמריקה)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(עוברת לרוב דרך תעלת סואץ)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עולם מחובר: תקשורת, אזורי זמן, תיירות והגירה – הכרת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העולם מחובר ומקושר כמו כפר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אזור בעולם שבו השעה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עולם מחובר: תקשורת, אזורי זמן, תיירות והגירה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כדור הארץ מחולק לאזורי זמן שונים, ולכן השעה משתנה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טלפונים ומחשבים מאפשרים שיחה מיידית בין יבשות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עולם מחובר: תקשורת, אזורי זמן, תיירות והגירה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אוכלוסייה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עולם מחובר: תקשורת, אזורי זמן, תיירות והגירה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(העברת מידע בין אנשים ממקומות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 בעולם עם שעה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(ביקור קצר במדינה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(מעבר קבוע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(כמות האנשים הגרים במקום)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משאבים, סביבה וסיכום – מה כבר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אוניות ומטוסים שמובילים סחורות שורפים דלק ופולטים גזים מזהמים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לייצר הרבה מוצרים צריך הרבה חומרי גלם כמו עצים, מים ומתכות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לגלובליזציה יש גם יתרונות וגם חסרונות סביבתיים, כמו זיהום ופסולת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מדינות יכולות לחלוק ידע וטכנולוגיות ירוקות כדי לצמצם נזק סביבתי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משאבים, סביבה וסיכום – יתרון או חסרון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(חסרון)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(חסרון)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(חסרון)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 שכולל חיבור בין מדינות או אנשים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לפחות שלוש יבשות ושני אוקיינוסים וכיוון אחד במפה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אחת ליתרון (כמו מסחר) ואחת לחיסרון (כמו זיהום)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לשלוש-ארבע שיעורים לפי התחנות, תחנה או שתיים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מפה מודפסת כעזר קבוע לאורך כל 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העמקה בסוף כל פרק על דוגמה נוספת מהחיים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החידון המסכם רק לאחר שעברו על כל הפרקים, כדי לבדוק הבנה כוללת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פעילויות גיאוגרפיות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תחנות קצרות. בכל תחנה לומדים דבר אחד על העולם. עובדים לאט, שלב אחרי שלב, ועוזרים למוצרים לנסוע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בעולם מתחברות ומשפיעות זו על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שהעולם קטן ומחובר כמו כפר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כיווני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צפון, דרום, מזרח, מערב - עוזרים להתמצא במפה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כמו אסיה או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אוקיינוס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מים גדול בין היבשות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קווי רוחב ואורך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דמיוניים על המפה שעוזרים למצוא מקום 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קנה 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במפה שעוזר לחשב מרחק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אזור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בעולם שבו השעה זהה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משאבי 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מהטבע שבני אדם משתמשים בהם כמו מים או 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זו גלובליזציה והעולם כפר גלובלי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היא תהליך שבו מדינות ואנשים בעולם הופכים מחוברים יותר אלו לאלו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כפר גלובלי מתארת עולם שמרגיש קטן כי קל לתקשר ולנסוע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רק לקניית מוצרים ממדינות אחרות ולא לדברים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עידן הגלובליזציה היה קל יותר לדעת מיד מה קורה במדינות רחוקות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זו גלובליזציה והעולם כפר גלובלי – התאמת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חולצה שנתפרה במדינה אחת ונמכרת במדינה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תרבות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שיחת וידאו עם קרוב משפחה שגר בחו"ל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פעולה גלובלי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טיסה לחופשה במדינה רחוקה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מסחר גלובלי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צפייה בסדרה שצולמה במדינה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תיירות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מדינות שמשתפות פעולה כדי לשמור על כדור הארץ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תקשורת גלובלית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זו גלובליזציה והעולם כפר גלובלי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קוראים לעולם של היום כפר גלובלי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מהחיים שלכם שמראה שהעולם מחובר, כמו שיחה, מוצר או סרט ממדינה אחרת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עולם לפני גלובליזציה לעולם של היום? כתבו שני הבדלים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האם גלובליזציה היא רק דבר טוב? כתבו יתרון אחד וחסרון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מפות, כיווני רוח ויבשות ואוקיינוסים – היכרות עם כיווני רוח ויבשות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כיוונים עיקריים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הכיוון ההפוך לדרום?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דרום 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יבשות קיימות?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מפות, כיווני רוח ויבשות ואוקיינוסים – זיהוי יבשות, אוקיינוסים ומסלולי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היבשה הגדולה ביותר בעולם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האוקיינוס הגדול ביותר בעולם נקרא האוקיינוס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הטלפון שלנו מורכב מחלקים שמגיעים מכמה __________ שונות ברחבי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שהחולצה תגיע אלינו היא עוברת לרוב בספינות דרך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מפות, כיווני רוח ויבשות ואוקיינוסים – ניתוח מסלול והבנת המסע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תארו מסע דמיוני של מוצר מיבשת אחת ליבשת אחרת, וציינו באילו אוקיינוסים הוא עשוי לעבור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כותנה בשדה; טוויית הבד במפעל; תפירת החולצה; הובלה באונייה דרך האוקיינוס; הגעה לחנות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בקצרה כיצד כיווני הרוח עוזרים להבין את מסלול המסע של מוצר מסביב לעולם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קווי רוחב ואורך ואקלים – הכרות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קווי רוחב הם קווים עגולים אופקיים או ישרים אנכיים?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אופקיים ומקיפים את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אנכיים מקוטב לקוטב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קיימים רק באוקיינוסים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קיימים רק ביבשות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קווי אורך הולכים מקוטב לקוטב או מסביב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אנכיים ומחברים בין הקטבים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אופקיים ומקיפים את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קיימים רק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מודדים טמפרטורה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קווי רוחב ואורך ואקלים – הכרות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המשווה הוא קו הרוחב שנמצא בדיוק באמצע בין שני הקטבים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שמתרחקים מקו המשווה לכיוון הקטבים, האקלים נעשה חם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קווי רוחב ואורך ואקלים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אזור טרופי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בין הטרופי לקוטבי, ארבע עונות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אזור ממוזג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 אופקי שמודד מרחק מקו המשווה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אזור קוטבי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קרוב לקו המשווה, חם ולח כל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 אנכי שמודד מרחק ממזרח למערב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קרוב לקטבים, קר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קווי רוחב ואורך ואקלים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הבננה גדלה באזור ה__________ בו האקלים חם ולח כל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 הרוחב 0 מעלות נקרא קו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למצוא מיקום מדויק על המפה צריך לשלב בין קו רוחב לקו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קנה מידה ונתיבי סחר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קנה מידה עוזר לנו להבין...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הצבעים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היחס בין מרחק במפה למרחק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התושבים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סנטימטר אחד במפה כזו שווה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ק"מ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ק"מ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 ק"מ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נתיב סחר?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שבה עוברות סחורות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 רוחב על המפה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קנה מידה ונתיבי סחר – תרגול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המרחק במפה הוא 5 ס"מ, וקנה המידה הוא 1:100,000. המרחק האמיתי הוא __________ ק"מ.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המרחק במפה הוא 2 ס"מ, וקנה המידה הוא 1:50,000. המרחק האמיתי הוא __________ ק"מ.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קנה מידה ונתיבי סחר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גדלה בדרום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עוברת לרוב דרך תעלת סואץ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מיוצרת לרוב באסיה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ספינת משא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מיוצר לרוב באסיה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עולם מחובר: תקשורת, אזורי זמן, תיירות והגירה – הכרת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גלובליזציה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ומקושר כמו כפר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מדינה סגורה בפני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רק מדינה אחת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אזור זמן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בעולם שבו השעה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שבו יש רק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אזור בלי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עם שפה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עולם מחובר: תקשורת, אזורי זמן, תיירות והגירה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מקום בעולם השעה זהה בדיוק באותו הרגע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תקשורת מהירה מאפשרת לאנשים להיות מחוברים גם כשהם רחוקים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עולם מחובר: תקשורת, אזורי זמן, תיירות והגירה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כשאדם עובר להתגורר דרך קבע במדינה אחרת,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כשאדם נוסע לבקר במדינה אחרת לזמן קצר וחוזר הביתה,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האנשים שגרים במקום מסוים נקרא __________ של המקום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עולם מחובר: תקשורת, אזורי זמן, תיירות והגירה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ביקור קצר במדינה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אזור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מעבר קבוע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בעולם עם שעה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האנשים הגרים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העברת מידע בין אנשים ממקומות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משאבים, סביבה וסיכום – מה כבר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מוצרים למרחקים ארוכים מגדילה את זיהום האוויר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מוצרים רבים באותו מקום יכול לגרום לניצול יתר של משאבי 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תמיד טובה לסביבה ולא גורמת לשום נזק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פעולה בין מדינות יכול לעזור לשמור על הסביבה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משאבים, סביבה וסיכום – יתרון או חסרון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מחירים זולים יותר למוצרים מגוונים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זיהום אוויר מהובלה ימית ואווירית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שיתוף טכנולוגיות ירוקות בין 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ניצול יתר של משאבי טבע כמו עצים 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פסולת רבה מאריזות ומוצרים חד פעמיים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מה זו 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כיווני רוח, יבשות ואוקיינוסים על 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לתת דוגמה אחת ליתרון ואחת לחיסרון של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גלובליזציה: פעילויות גיאוגרפיות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